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960B5" w14:textId="77777777" w:rsidR="0098706E" w:rsidRDefault="00000000">
      <w:pPr>
        <w:jc w:val="center"/>
      </w:pPr>
      <w:r>
        <w:rPr>
          <w:b/>
          <w:sz w:val="32"/>
        </w:rPr>
        <w:t>PUBLICATION PROJECT FORM — BOOK / MONOGRAPH</w:t>
      </w:r>
    </w:p>
    <w:p w14:paraId="5B1FC835" w14:textId="77777777" w:rsidR="0098706E" w:rsidRDefault="00000000">
      <w:pPr>
        <w:jc w:val="center"/>
      </w:pPr>
      <w:r>
        <w:rPr>
          <w:i/>
        </w:rPr>
        <w:t>IUS University Press (P‑IUS) — OJS Platform / Open Access</w:t>
      </w:r>
    </w:p>
    <w:p w14:paraId="6D508BE4" w14:textId="77777777" w:rsidR="0098706E" w:rsidRDefault="00000000">
      <w:pPr>
        <w:jc w:val="center"/>
      </w:pPr>
      <w:r>
        <w:t>To be completed by the author (or volume editor) prior to submitting the project.</w:t>
      </w:r>
    </w:p>
    <w:p w14:paraId="4613A695" w14:textId="77777777" w:rsidR="0098706E" w:rsidRDefault="0098706E"/>
    <w:p w14:paraId="7AEA8C99" w14:textId="77777777" w:rsidR="0098706E" w:rsidRDefault="00000000">
      <w:pPr>
        <w:pStyle w:val="Titre1"/>
      </w:pPr>
      <w:r>
        <w:t>A. Project identification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7"/>
        <w:gridCol w:w="8591"/>
      </w:tblGrid>
      <w:tr w:rsidR="0098706E" w14:paraId="6C8DCE51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20CE0F" w14:textId="77777777" w:rsidR="0098706E" w:rsidRDefault="00000000">
            <w:r>
              <w:rPr>
                <w:b/>
              </w:rPr>
              <w:t>A.1 General information</w:t>
            </w:r>
          </w:p>
        </w:tc>
      </w:tr>
      <w:tr w:rsidR="0098706E" w14:paraId="5EBE9E91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730F476" w14:textId="77777777" w:rsidR="0098706E" w:rsidRDefault="00000000">
            <w:r>
              <w:rPr>
                <w:b/>
              </w:rPr>
              <w:t>Provisional book title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C1F103C" w14:textId="77777777" w:rsidR="0098706E" w:rsidRDefault="00000000">
            <w:r>
              <w:t>______________________________________________</w:t>
            </w:r>
          </w:p>
        </w:tc>
      </w:tr>
      <w:tr w:rsidR="0098706E" w14:paraId="6324F13F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1D61989" w14:textId="77777777" w:rsidR="0098706E" w:rsidRDefault="00000000">
            <w:r>
              <w:rPr>
                <w:b/>
              </w:rPr>
              <w:t>Subtitle (optional)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D9E7616" w14:textId="77777777" w:rsidR="0098706E" w:rsidRDefault="00000000">
            <w:r>
              <w:t>______________________________________________</w:t>
            </w:r>
          </w:p>
        </w:tc>
      </w:tr>
      <w:tr w:rsidR="0098706E" w14:paraId="2386047A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B47F420" w14:textId="77777777" w:rsidR="0098706E" w:rsidRDefault="00000000">
            <w:r>
              <w:rPr>
                <w:b/>
              </w:rPr>
              <w:t>Book type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26D3B3B" w14:textId="77777777" w:rsidR="0098706E" w:rsidRDefault="00000000">
            <w:r>
              <w:t>☐ Monograph (single author)   ☐ Edited volume (chapters)   ☐ Proceedings / thematic dossier   ☐ Revised thesis   ☐ Other: ______</w:t>
            </w:r>
          </w:p>
        </w:tc>
      </w:tr>
      <w:tr w:rsidR="0098706E" w14:paraId="6B1C51BD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7667F14" w14:textId="77777777" w:rsidR="0098706E" w:rsidRDefault="00000000">
            <w:r>
              <w:rPr>
                <w:b/>
              </w:rPr>
              <w:t>Language(s) of publication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2261C66" w14:textId="77777777" w:rsidR="0098706E" w:rsidRDefault="00000000">
            <w:r>
              <w:t>☐ English   ☐ French   ☐ Spanish   ☐ Multilingual (specify): __________________</w:t>
            </w:r>
          </w:p>
        </w:tc>
      </w:tr>
      <w:tr w:rsidR="0098706E" w14:paraId="4B7095C7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878B3F3" w14:textId="77777777" w:rsidR="0098706E" w:rsidRDefault="00000000">
            <w:r>
              <w:rPr>
                <w:b/>
              </w:rPr>
              <w:t>Abstract (10–12 lines)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99C4786" w14:textId="77777777" w:rsidR="0098706E" w:rsidRDefault="00000000">
            <w:r>
              <w:t>______________________________________________________________________________________________</w:t>
            </w:r>
          </w:p>
        </w:tc>
      </w:tr>
      <w:tr w:rsidR="0098706E" w14:paraId="5FBE527A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92ED2AD" w14:textId="77777777" w:rsidR="0098706E" w:rsidRDefault="00000000">
            <w:r>
              <w:rPr>
                <w:b/>
              </w:rPr>
              <w:t>Keywords (5–8)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4551974" w14:textId="77777777" w:rsidR="0098706E" w:rsidRDefault="00000000">
            <w:r>
              <w:t>______________________________________________</w:t>
            </w:r>
          </w:p>
        </w:tc>
      </w:tr>
    </w:tbl>
    <w:p w14:paraId="236EFC45" w14:textId="77777777" w:rsidR="0098706E" w:rsidRDefault="0098706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59"/>
        <w:gridCol w:w="8689"/>
      </w:tblGrid>
      <w:tr w:rsidR="0098706E" w14:paraId="29002C8F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D0B6C2" w14:textId="77777777" w:rsidR="0098706E" w:rsidRDefault="00000000">
            <w:r>
              <w:rPr>
                <w:b/>
              </w:rPr>
              <w:t>A.2 Editorial association (required)</w:t>
            </w:r>
          </w:p>
        </w:tc>
      </w:tr>
      <w:tr w:rsidR="0098706E" w14:paraId="5B3AE3D8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6BA3C00" w14:textId="77777777" w:rsidR="0098706E" w:rsidRDefault="00000000">
            <w:r>
              <w:rPr>
                <w:b/>
              </w:rPr>
              <w:t>Associated P‑IUS journal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19C7B81" w14:textId="77777777" w:rsidR="0098706E" w:rsidRDefault="00000000">
            <w:r>
              <w:t>☐ LATDD   ☐ DJG   ☐ SME   ☐ MSTIC   ☐ Outside journals (P‑IUS collection)</w:t>
            </w:r>
          </w:p>
        </w:tc>
      </w:tr>
      <w:tr w:rsidR="0098706E" w14:paraId="5555E0D1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D43C974" w14:textId="77777777" w:rsidR="0098706E" w:rsidRDefault="00000000">
            <w:r>
              <w:rPr>
                <w:b/>
              </w:rPr>
              <w:t>Rationale for the associati</w:t>
            </w:r>
            <w:r>
              <w:rPr>
                <w:b/>
              </w:rPr>
              <w:lastRenderedPageBreak/>
              <w:t>on (5–10 lines)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C946E3D" w14:textId="77777777" w:rsidR="0098706E" w:rsidRDefault="00000000">
            <w:r>
              <w:lastRenderedPageBreak/>
              <w:t>______________________________________________________________________________________________</w:t>
            </w:r>
          </w:p>
        </w:tc>
      </w:tr>
      <w:tr w:rsidR="0098706E" w14:paraId="772ACBB0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A9E96C7" w14:textId="77777777" w:rsidR="0098706E" w:rsidRDefault="00000000">
            <w:r>
              <w:rPr>
                <w:b/>
              </w:rPr>
              <w:t>Journal frequency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10B3CDE" w14:textId="77777777" w:rsidR="0098706E" w:rsidRDefault="00000000">
            <w:r>
              <w:t>Biannual (2 issues/year) — applies to books published through a journal track.</w:t>
            </w:r>
          </w:p>
        </w:tc>
      </w:tr>
    </w:tbl>
    <w:p w14:paraId="3FD5243C" w14:textId="77777777" w:rsidR="0098706E" w:rsidRDefault="0098706E"/>
    <w:p w14:paraId="6EDBF107" w14:textId="77777777" w:rsidR="0098706E" w:rsidRDefault="00000000">
      <w:pPr>
        <w:pStyle w:val="Titre1"/>
      </w:pPr>
      <w:r>
        <w:t>B. Authors, volume editors and contributions</w:t>
      </w:r>
    </w:p>
    <w:p w14:paraId="06BA9494" w14:textId="77777777" w:rsidR="0098706E" w:rsidRDefault="00000000">
      <w:r>
        <w:rPr>
          <w:i/>
        </w:rPr>
        <w:t>Attach a short CV (1 page) for each author/editor + ORCID if available.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378"/>
        <w:gridCol w:w="7470"/>
      </w:tblGrid>
      <w:tr w:rsidR="0098706E" w14:paraId="19657C20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2AF22" w14:textId="77777777" w:rsidR="0098706E" w:rsidRDefault="00000000">
            <w:r>
              <w:rPr>
                <w:b/>
              </w:rPr>
              <w:t>B.1 Identities &amp; affiliations</w:t>
            </w:r>
          </w:p>
        </w:tc>
      </w:tr>
      <w:tr w:rsidR="0098706E" w14:paraId="29883506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557AA1E" w14:textId="77777777" w:rsidR="0098706E" w:rsidRDefault="00000000">
            <w:r>
              <w:rPr>
                <w:b/>
              </w:rPr>
              <w:t>Main author / volume editor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F264093" w14:textId="77777777" w:rsidR="0098706E" w:rsidRDefault="00000000">
            <w:r>
              <w:t>Last name: ________  First name: ________  Affiliation: __________  Email: __________  ORCID: ________</w:t>
            </w:r>
          </w:p>
        </w:tc>
      </w:tr>
      <w:tr w:rsidR="0098706E" w14:paraId="22E1713C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966F720" w14:textId="77777777" w:rsidR="0098706E" w:rsidRDefault="00000000">
            <w:r>
              <w:rPr>
                <w:b/>
              </w:rPr>
              <w:t>Co-author / co-editor 1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E237F90" w14:textId="77777777" w:rsidR="0098706E" w:rsidRDefault="00000000">
            <w:r>
              <w:t>Last name: ________  First name: ________  Affiliation: __________  Email: __________</w:t>
            </w:r>
          </w:p>
        </w:tc>
      </w:tr>
      <w:tr w:rsidR="0098706E" w14:paraId="382312FC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DC1CDEF" w14:textId="77777777" w:rsidR="0098706E" w:rsidRDefault="00000000">
            <w:r>
              <w:rPr>
                <w:b/>
              </w:rPr>
              <w:t>Co-author / co-editor 2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F061A12" w14:textId="77777777" w:rsidR="0098706E" w:rsidRDefault="00000000">
            <w:r>
              <w:t>Last name: ________  First name: ________  Affiliation: __________  Email: __________</w:t>
            </w:r>
          </w:p>
        </w:tc>
      </w:tr>
      <w:tr w:rsidR="0098706E" w14:paraId="06852342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49C1D59" w14:textId="77777777" w:rsidR="0098706E" w:rsidRDefault="00000000">
            <w:r>
              <w:rPr>
                <w:b/>
              </w:rPr>
              <w:t>Other contributors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41EA3F7" w14:textId="77777777" w:rsidR="0098706E" w:rsidRDefault="00000000">
            <w:r>
              <w:t>List (or attach annex): _________________________________________________________________</w:t>
            </w:r>
          </w:p>
        </w:tc>
      </w:tr>
    </w:tbl>
    <w:p w14:paraId="3CA65D5D" w14:textId="77777777" w:rsidR="0098706E" w:rsidRDefault="0098706E"/>
    <w:p w14:paraId="55589013" w14:textId="77777777" w:rsidR="0098706E" w:rsidRDefault="00000000">
      <w:r>
        <w:rPr>
          <w:b/>
        </w:rPr>
        <w:t>Contributions (for edited volumes: design, writing, data, analysis, coordination, proofreading, etc.).</w:t>
      </w:r>
    </w:p>
    <w:p w14:paraId="419C1A32" w14:textId="77777777" w:rsidR="0098706E" w:rsidRDefault="00000000">
      <w:r>
        <w:t>______________________________________________________________________________________________</w:t>
      </w:r>
    </w:p>
    <w:p w14:paraId="1CA5BC38" w14:textId="77777777" w:rsidR="0098706E" w:rsidRDefault="0098706E"/>
    <w:p w14:paraId="1D3271D5" w14:textId="77777777" w:rsidR="0098706E" w:rsidRDefault="00000000">
      <w:pPr>
        <w:pStyle w:val="Titre1"/>
      </w:pPr>
      <w:r>
        <w:t>C. Scholarly overview and relevance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46"/>
        <w:gridCol w:w="8402"/>
      </w:tblGrid>
      <w:tr w:rsidR="0098706E" w14:paraId="17345050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5C8C7" w14:textId="77777777" w:rsidR="0098706E" w:rsidRDefault="00000000">
            <w:r>
              <w:rPr>
                <w:b/>
              </w:rPr>
              <w:t>C.1 Scholarly value</w:t>
            </w:r>
          </w:p>
        </w:tc>
      </w:tr>
      <w:tr w:rsidR="0098706E" w14:paraId="73BF75EC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CF9D49E" w14:textId="77777777" w:rsidR="0098706E" w:rsidRDefault="00000000">
            <w:r>
              <w:rPr>
                <w:b/>
              </w:rPr>
              <w:t>Research question &amp; objectives (15–20 lines)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75E9D26" w14:textId="77777777" w:rsidR="0098706E" w:rsidRDefault="00000000">
            <w:r>
              <w:t>______________________________________________________________________________________________</w:t>
            </w:r>
          </w:p>
        </w:tc>
      </w:tr>
      <w:tr w:rsidR="0098706E" w14:paraId="3CD297B0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31BC4A4" w14:textId="77777777" w:rsidR="0098706E" w:rsidRDefault="00000000">
            <w:r>
              <w:rPr>
                <w:b/>
              </w:rPr>
              <w:lastRenderedPageBreak/>
              <w:t>Original contribution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B537C41" w14:textId="77777777" w:rsidR="0098706E" w:rsidRDefault="00000000">
            <w:r>
              <w:t>______________________________________________________________________________________________</w:t>
            </w:r>
          </w:p>
        </w:tc>
      </w:tr>
      <w:tr w:rsidR="0098706E" w14:paraId="38CBDD08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6121F1D" w14:textId="77777777" w:rsidR="0098706E" w:rsidRDefault="00000000">
            <w:r>
              <w:rPr>
                <w:b/>
              </w:rPr>
              <w:t>Target audience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040961E" w14:textId="77777777" w:rsidR="0098706E" w:rsidRDefault="00000000">
            <w:r>
              <w:t>☐ Researchers   ☐ Students   ☐ Professionals   ☐ Policymakers   ☐ Informed general public   ☐ Other: ______</w:t>
            </w:r>
          </w:p>
        </w:tc>
      </w:tr>
      <w:tr w:rsidR="0098706E" w14:paraId="20BD6667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FEB5777" w14:textId="77777777" w:rsidR="0098706E" w:rsidRDefault="00000000">
            <w:r>
              <w:rPr>
                <w:b/>
              </w:rPr>
              <w:t>Positioning (similar books / differentiation)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2876F17" w14:textId="77777777" w:rsidR="0098706E" w:rsidRDefault="00000000">
            <w:r>
              <w:t>______________________________________________________________________________________________</w:t>
            </w:r>
          </w:p>
        </w:tc>
      </w:tr>
    </w:tbl>
    <w:p w14:paraId="1D0E34DF" w14:textId="77777777" w:rsidR="0098706E" w:rsidRDefault="0098706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4924"/>
      </w:tblGrid>
      <w:tr w:rsidR="0098706E" w14:paraId="6BF3662D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F0303" w14:textId="77777777" w:rsidR="0098706E" w:rsidRDefault="00000000">
            <w:r>
              <w:rPr>
                <w:b/>
              </w:rPr>
              <w:t>C.2 Required documents</w:t>
            </w:r>
          </w:p>
        </w:tc>
      </w:tr>
      <w:tr w:rsidR="0098706E" w14:paraId="001B8569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3A3AF40" w14:textId="77777777" w:rsidR="0098706E" w:rsidRDefault="00000000">
            <w:r>
              <w:rPr>
                <w:b/>
              </w:rPr>
              <w:t>Detailed table of contents (attach)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9872175" w14:textId="77777777" w:rsidR="0098706E" w:rsidRDefault="00000000">
            <w:r>
              <w:t>☐ Attached   ☐ To be provided (date): ____/____/______</w:t>
            </w:r>
          </w:p>
        </w:tc>
      </w:tr>
      <w:tr w:rsidR="0098706E" w14:paraId="7A2A0DB5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AD9C2F2" w14:textId="77777777" w:rsidR="0098706E" w:rsidRDefault="00000000">
            <w:r>
              <w:rPr>
                <w:b/>
              </w:rPr>
              <w:t>Sample or full manuscript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F18816D" w14:textId="77777777" w:rsidR="0098706E" w:rsidRDefault="00000000">
            <w:r>
              <w:t>☐ Full manuscript attached   ☐ Sample (min. 30 pages)   ☐ Project only</w:t>
            </w:r>
          </w:p>
        </w:tc>
      </w:tr>
      <w:tr w:rsidR="0098706E" w14:paraId="4B1B2D1B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A5CD429" w14:textId="77777777" w:rsidR="0098706E" w:rsidRDefault="00000000">
            <w:r>
              <w:rPr>
                <w:b/>
              </w:rPr>
              <w:t>Progress status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6440908" w14:textId="77777777" w:rsidR="0098706E" w:rsidRDefault="00000000">
            <w:r>
              <w:t>☐ 25%   ☐ 50%   ☐ 75%   ☐ 100% (ready) — Expected delivery date: ____/____/______</w:t>
            </w:r>
          </w:p>
        </w:tc>
      </w:tr>
    </w:tbl>
    <w:p w14:paraId="6C9E3D4C" w14:textId="77777777" w:rsidR="0098706E" w:rsidRDefault="0098706E"/>
    <w:p w14:paraId="0DA27A4F" w14:textId="77777777" w:rsidR="0098706E" w:rsidRDefault="00000000">
      <w:pPr>
        <w:pStyle w:val="Titre1"/>
      </w:pPr>
      <w:r>
        <w:t>D. P‑IUS principles: open science, ethics and integrity</w:t>
      </w:r>
    </w:p>
    <w:p w14:paraId="2D3AD92E" w14:textId="77777777" w:rsidR="0098706E" w:rsidRDefault="00000000">
      <w:r>
        <w:rPr>
          <w:i/>
        </w:rPr>
        <w:t>P‑IUS applies an open science and publication ethics policy. The author commits to the following requirements.</w:t>
      </w:r>
    </w:p>
    <w:p w14:paraId="45AA8131" w14:textId="77777777" w:rsidR="0098706E" w:rsidRDefault="00000000">
      <w:pPr>
        <w:spacing w:after="0"/>
      </w:pPr>
      <w:r>
        <w:t>☐ Originality statement: the manuscript is not under exclusive contract elsewhere.</w:t>
      </w:r>
    </w:p>
    <w:p w14:paraId="392B1994" w14:textId="77777777" w:rsidR="0098706E" w:rsidRDefault="00000000">
      <w:pPr>
        <w:spacing w:after="0"/>
      </w:pPr>
      <w:r>
        <w:t>☐ No plagiarism/self-plagiarism (proper citations; permissions obtained when needed).</w:t>
      </w:r>
    </w:p>
    <w:p w14:paraId="4581285E" w14:textId="77777777" w:rsidR="0098706E" w:rsidRDefault="00000000">
      <w:pPr>
        <w:spacing w:after="0"/>
      </w:pPr>
      <w:r>
        <w:t>☐ Conflict of interest statement (financial, institutional, personal).</w:t>
      </w:r>
    </w:p>
    <w:p w14:paraId="06F683AE" w14:textId="77777777" w:rsidR="0098706E" w:rsidRDefault="00000000">
      <w:pPr>
        <w:spacing w:after="0"/>
      </w:pPr>
      <w:r>
        <w:t>☐ Field ethics: consent, anonymization, respect for people and sensitive data.</w:t>
      </w:r>
    </w:p>
    <w:p w14:paraId="3A266268" w14:textId="77777777" w:rsidR="0098706E" w:rsidRDefault="00000000">
      <w:pPr>
        <w:spacing w:after="0"/>
      </w:pPr>
      <w:r>
        <w:t>☐ Methodological transparency: data, methods, limitations and access to appendices.</w:t>
      </w:r>
    </w:p>
    <w:p w14:paraId="6D9A1276" w14:textId="77777777" w:rsidR="0098706E" w:rsidRDefault="00000000">
      <w:pPr>
        <w:spacing w:after="0"/>
      </w:pPr>
      <w:r>
        <w:t>☐ Data/supplements/code: share via repository when possible or justify limitations.</w:t>
      </w:r>
    </w:p>
    <w:p w14:paraId="4AC31B2C" w14:textId="77777777" w:rsidR="0098706E" w:rsidRDefault="00000000">
      <w:pPr>
        <w:spacing w:after="0"/>
      </w:pPr>
      <w:r>
        <w:t>☐ License choice: ☐ All rights reserved  ☐ Open license (CC BY / CC BY‑NC… specify).</w:t>
      </w:r>
    </w:p>
    <w:p w14:paraId="39F64CD0" w14:textId="77777777" w:rsidR="0098706E" w:rsidRDefault="0098706E"/>
    <w:p w14:paraId="38ED9BA2" w14:textId="77777777" w:rsidR="0098706E" w:rsidRDefault="00000000">
      <w:pPr>
        <w:pStyle w:val="Titre1"/>
      </w:pPr>
      <w:r>
        <w:lastRenderedPageBreak/>
        <w:t>E. Technical specifications &amp; print readiness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4924"/>
      </w:tblGrid>
      <w:tr w:rsidR="0098706E" w14:paraId="3C3C782A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78680D" w14:textId="77777777" w:rsidR="0098706E" w:rsidRDefault="00000000">
            <w:r>
              <w:rPr>
                <w:b/>
              </w:rPr>
              <w:t>E.1 Specifications</w:t>
            </w:r>
          </w:p>
        </w:tc>
      </w:tr>
      <w:tr w:rsidR="0098706E" w14:paraId="2821E5B7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6DABAFF" w14:textId="77777777" w:rsidR="0098706E" w:rsidRDefault="00000000">
            <w:r>
              <w:rPr>
                <w:b/>
              </w:rPr>
              <w:t>Publication outputs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044BD60" w14:textId="77777777" w:rsidR="0098706E" w:rsidRDefault="00000000">
            <w:r>
              <w:t>☐ PDF (OJS)   ☐ ePub (optional)   ☐ Print-on-demand / print run (optional)</w:t>
            </w:r>
          </w:p>
        </w:tc>
      </w:tr>
      <w:tr w:rsidR="0098706E" w14:paraId="0422B02E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7766F27" w14:textId="77777777" w:rsidR="0098706E" w:rsidRDefault="00000000">
            <w:r>
              <w:rPr>
                <w:b/>
              </w:rPr>
              <w:t>Recommended trim size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593048E" w14:textId="77777777" w:rsidR="0098706E" w:rsidRDefault="00000000">
            <w:r>
              <w:t>6×9 inches (15.24 × 22.86 cm) — P‑IUS templates provided (cover + manuscript).</w:t>
            </w:r>
          </w:p>
        </w:tc>
      </w:tr>
      <w:tr w:rsidR="0098706E" w14:paraId="4DDA271E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1CD7A1A" w14:textId="77777777" w:rsidR="0098706E" w:rsidRDefault="00000000">
            <w:r>
              <w:rPr>
                <w:b/>
              </w:rPr>
              <w:t>Figures / illustrations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2D2036D" w14:textId="77777777" w:rsidR="0098706E" w:rsidRDefault="00000000">
            <w:r>
              <w:t>☐ No   ☐ Yes — No.: ____  Color: ☐ Yes ☐ No  — Permissions: ☐ OK ☐ To obtain</w:t>
            </w:r>
          </w:p>
        </w:tc>
      </w:tr>
      <w:tr w:rsidR="0098706E" w14:paraId="519F9F54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51B7E6B" w14:textId="77777777" w:rsidR="0098706E" w:rsidRDefault="00000000">
            <w:r>
              <w:rPr>
                <w:b/>
              </w:rPr>
              <w:t>Cover image (author-provided)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ACDBB84" w14:textId="77777777" w:rsidR="0098706E" w:rsidRDefault="00000000">
            <w:r>
              <w:t>Recommended: 1600×1200 px (4:3 ratio), min. 300 dpi, JPG/PNG/TIFF.</w:t>
            </w:r>
          </w:p>
        </w:tc>
      </w:tr>
      <w:tr w:rsidR="0098706E" w14:paraId="728F6EF9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3B03453" w14:textId="77777777" w:rsidR="0098706E" w:rsidRDefault="00000000">
            <w:r>
              <w:rPr>
                <w:b/>
              </w:rPr>
              <w:t>Estimated length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9D45A0D" w14:textId="77777777" w:rsidR="0098706E" w:rsidRDefault="00000000">
            <w:r>
              <w:t>Pages: ____  |  Characters incl. spaces: ____  |  Chapters: ____</w:t>
            </w:r>
          </w:p>
        </w:tc>
      </w:tr>
    </w:tbl>
    <w:p w14:paraId="03A146E3" w14:textId="77777777" w:rsidR="0098706E" w:rsidRDefault="0098706E"/>
    <w:p w14:paraId="5D2932D4" w14:textId="77777777" w:rsidR="0098706E" w:rsidRDefault="00000000">
      <w:r>
        <w:rPr>
          <w:i/>
        </w:rPr>
        <w:t>Note: for print/sales, P‑IUS can deliver final typesetting and a clean, editable cover based on the approved templates.</w:t>
      </w:r>
    </w:p>
    <w:p w14:paraId="108FC9FB" w14:textId="77777777" w:rsidR="0098706E" w:rsidRDefault="0098706E"/>
    <w:p w14:paraId="7744694A" w14:textId="77777777" w:rsidR="0098706E" w:rsidRDefault="00000000">
      <w:pPr>
        <w:pStyle w:val="Titre1"/>
      </w:pPr>
      <w:r>
        <w:t>F. Editorial workflow &amp; indicative timeline</w:t>
      </w:r>
    </w:p>
    <w:p w14:paraId="16882430" w14:textId="77777777" w:rsidR="0098706E" w:rsidRDefault="00000000">
      <w:r>
        <w:rPr>
          <w:b/>
        </w:rPr>
        <w:t>Standard P‑IUS steps (books):</w:t>
      </w:r>
    </w:p>
    <w:p w14:paraId="7FE0F2EA" w14:textId="77777777" w:rsidR="0098706E" w:rsidRDefault="00000000">
      <w:pPr>
        <w:spacing w:after="0"/>
      </w:pPr>
      <w:r>
        <w:t>☐ Project submission (this form + documents).</w:t>
      </w:r>
    </w:p>
    <w:p w14:paraId="73D40506" w14:textId="77777777" w:rsidR="0098706E" w:rsidRDefault="00000000">
      <w:pPr>
        <w:spacing w:after="0"/>
      </w:pPr>
      <w:r>
        <w:t>☐ Editorial pre-assessment (fit, feasibility, ethics).</w:t>
      </w:r>
    </w:p>
    <w:p w14:paraId="27D1A780" w14:textId="77777777" w:rsidR="0098706E" w:rsidRDefault="00000000">
      <w:pPr>
        <w:spacing w:after="0"/>
      </w:pPr>
      <w:r>
        <w:t>☐ Peer review (double-blind or committee, depending on field).</w:t>
      </w:r>
    </w:p>
    <w:p w14:paraId="311397C4" w14:textId="77777777" w:rsidR="0098706E" w:rsidRDefault="00000000">
      <w:pPr>
        <w:spacing w:after="0"/>
      </w:pPr>
      <w:r>
        <w:t>☐ Decision: ☐ Accept  ☐ Accept with revisions  ☐ Reject.</w:t>
      </w:r>
    </w:p>
    <w:p w14:paraId="57B211DE" w14:textId="77777777" w:rsidR="0098706E" w:rsidRDefault="00000000">
      <w:pPr>
        <w:spacing w:after="0"/>
      </w:pPr>
      <w:r>
        <w:t>☐ Final files + communication materials (abstract, bio, keywords).</w:t>
      </w:r>
    </w:p>
    <w:p w14:paraId="65645F6B" w14:textId="77777777" w:rsidR="0098706E" w:rsidRDefault="00000000">
      <w:pPr>
        <w:spacing w:after="0"/>
      </w:pPr>
      <w:r>
        <w:t>☐ Typesetting / proofs / author validation.</w:t>
      </w:r>
    </w:p>
    <w:p w14:paraId="56AD69AE" w14:textId="77777777" w:rsidR="0098706E" w:rsidRDefault="00000000">
      <w:pPr>
        <w:spacing w:after="0"/>
      </w:pPr>
      <w:r>
        <w:t>☐ Online publication (OJS) + print/sales option (as agreed).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86"/>
        <w:gridCol w:w="8662"/>
      </w:tblGrid>
      <w:tr w:rsidR="0098706E" w14:paraId="2D6EB2FB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BC21EF" w14:textId="77777777" w:rsidR="0098706E" w:rsidRDefault="00000000">
            <w:r>
              <w:rPr>
                <w:b/>
              </w:rPr>
              <w:t>F.1 Dates</w:t>
            </w:r>
          </w:p>
        </w:tc>
      </w:tr>
      <w:tr w:rsidR="0098706E" w14:paraId="4774A08A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AD502E8" w14:textId="77777777" w:rsidR="0098706E" w:rsidRDefault="00000000">
            <w:r>
              <w:rPr>
                <w:b/>
              </w:rPr>
              <w:t>Project submission date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8DD28D8" w14:textId="77777777" w:rsidR="0098706E" w:rsidRDefault="00000000">
            <w:r>
              <w:t>____/____/______</w:t>
            </w:r>
          </w:p>
        </w:tc>
      </w:tr>
      <w:tr w:rsidR="0098706E" w14:paraId="306ADF2C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03F9F34" w14:textId="77777777" w:rsidR="0098706E" w:rsidRDefault="00000000">
            <w:r>
              <w:rPr>
                <w:b/>
              </w:rPr>
              <w:t>Desired publicati</w:t>
            </w:r>
            <w:r>
              <w:rPr>
                <w:b/>
              </w:rPr>
              <w:lastRenderedPageBreak/>
              <w:t>on date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3CB7C44" w14:textId="77777777" w:rsidR="0098706E" w:rsidRDefault="00000000">
            <w:r>
              <w:lastRenderedPageBreak/>
              <w:t>____/____/______  (if event: specify) ______________________________</w:t>
            </w:r>
          </w:p>
        </w:tc>
      </w:tr>
      <w:tr w:rsidR="0098706E" w14:paraId="0526BE79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F0063BE" w14:textId="77777777" w:rsidR="0098706E" w:rsidRDefault="00000000">
            <w:r>
              <w:rPr>
                <w:b/>
              </w:rPr>
              <w:t>Special constraints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CFF31D0" w14:textId="77777777" w:rsidR="0098706E" w:rsidRDefault="00000000">
            <w:r>
              <w:t>______________________________________________________________________________________________</w:t>
            </w:r>
          </w:p>
        </w:tc>
      </w:tr>
    </w:tbl>
    <w:p w14:paraId="3A65ED7E" w14:textId="77777777" w:rsidR="0098706E" w:rsidRDefault="0098706E"/>
    <w:p w14:paraId="7354C3D3" w14:textId="77777777" w:rsidR="0098706E" w:rsidRDefault="00000000">
      <w:pPr>
        <w:pStyle w:val="Titre1"/>
      </w:pPr>
      <w:r>
        <w:t>G. Financial terms (modest fees) &amp; sponsorship</w:t>
      </w:r>
    </w:p>
    <w:p w14:paraId="15E979AE" w14:textId="77777777" w:rsidR="0098706E" w:rsidRDefault="00000000">
      <w:r>
        <w:rPr>
          <w:i/>
        </w:rPr>
        <w:t>P‑IUS applies modest fees to support editorial preparation and open-access dissemination.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4924"/>
      </w:tblGrid>
      <w:tr w:rsidR="0098706E" w14:paraId="13969CFE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EDBDC9" w14:textId="77777777" w:rsidR="0098706E" w:rsidRDefault="00000000">
            <w:r>
              <w:rPr>
                <w:b/>
              </w:rPr>
              <w:t>G.1 Fee schedule &amp; scope</w:t>
            </w:r>
          </w:p>
        </w:tc>
      </w:tr>
      <w:tr w:rsidR="0098706E" w14:paraId="4885E7B8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4116F01" w14:textId="77777777" w:rsidR="0098706E" w:rsidRDefault="00000000">
            <w:r>
              <w:rPr>
                <w:b/>
              </w:rPr>
              <w:t>Book Processing Fee (BPF)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BDC2BB6" w14:textId="77777777" w:rsidR="0098706E" w:rsidRDefault="00000000">
            <w:r>
              <w:t>USD 200–400 depending on length/complexity (or 100% covered by a partner).</w:t>
            </w:r>
          </w:p>
        </w:tc>
      </w:tr>
      <w:tr w:rsidR="0098706E" w14:paraId="0E593696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4174866" w14:textId="77777777" w:rsidR="0098706E" w:rsidRDefault="00000000">
            <w:r>
              <w:rPr>
                <w:b/>
              </w:rPr>
              <w:t>What the fee covers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C4140A2" w14:textId="77777777" w:rsidR="0098706E" w:rsidRDefault="00000000">
            <w:r>
              <w:t>Editorial management, peer-review follow-up, OJS formatting, online publication, standard maintenance, basic communication.</w:t>
            </w:r>
          </w:p>
        </w:tc>
      </w:tr>
      <w:tr w:rsidR="0098706E" w14:paraId="31D1551B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F8FC0A8" w14:textId="77777777" w:rsidR="0098706E" w:rsidRDefault="00000000">
            <w:r>
              <w:rPr>
                <w:b/>
              </w:rPr>
              <w:t>Optional services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8DEAE4C" w14:textId="77777777" w:rsidR="0098706E" w:rsidRDefault="00000000">
            <w:r>
              <w:t>Translation, language editing, advanced layout, printing, ISBN handling, extended distribution.</w:t>
            </w:r>
          </w:p>
        </w:tc>
      </w:tr>
    </w:tbl>
    <w:p w14:paraId="46BAA8D3" w14:textId="77777777" w:rsidR="0098706E" w:rsidRDefault="0098706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23"/>
        <w:gridCol w:w="4925"/>
      </w:tblGrid>
      <w:tr w:rsidR="0098706E" w14:paraId="458472BA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EB9374" w14:textId="77777777" w:rsidR="0098706E" w:rsidRDefault="00000000">
            <w:r>
              <w:rPr>
                <w:b/>
              </w:rPr>
              <w:t>G.2 Payment / sponsor</w:t>
            </w:r>
          </w:p>
        </w:tc>
      </w:tr>
      <w:tr w:rsidR="0098706E" w14:paraId="21723838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5321C26" w14:textId="77777777" w:rsidR="0098706E" w:rsidRDefault="00000000">
            <w:r>
              <w:rPr>
                <w:b/>
              </w:rPr>
              <w:t>Payment mode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E6E885D" w14:textId="77777777" w:rsidR="0098706E" w:rsidRDefault="00000000">
            <w:r>
              <w:t>☐ Author payment   ☐ Institutional/partner payment   ☐ Mixed (specify)</w:t>
            </w:r>
          </w:p>
        </w:tc>
      </w:tr>
      <w:tr w:rsidR="0098706E" w14:paraId="2B8F2F76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5E38D7E" w14:textId="77777777" w:rsidR="0098706E" w:rsidRDefault="00000000">
            <w:r>
              <w:rPr>
                <w:b/>
              </w:rPr>
              <w:t>Billing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5B7E9BF" w14:textId="77777777" w:rsidR="0098706E" w:rsidRDefault="00000000">
            <w:r>
              <w:t>Billed entity: ____________________  Reference: ____________________</w:t>
            </w:r>
          </w:p>
        </w:tc>
      </w:tr>
      <w:tr w:rsidR="0098706E" w14:paraId="063A9B44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F1C8B13" w14:textId="77777777" w:rsidR="0098706E" w:rsidRDefault="00000000">
            <w:r>
              <w:rPr>
                <w:b/>
              </w:rPr>
              <w:t>Institutional sponsorship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5101D22" w14:textId="77777777" w:rsidR="0098706E" w:rsidRDefault="00000000">
            <w:r>
              <w:t>Attach the P‑IUS Institutional Sponsorship Form (signature &amp; stamp).</w:t>
            </w:r>
          </w:p>
        </w:tc>
      </w:tr>
    </w:tbl>
    <w:p w14:paraId="11632133" w14:textId="77777777" w:rsidR="0098706E" w:rsidRDefault="0098706E"/>
    <w:p w14:paraId="22FD5C6C" w14:textId="77777777" w:rsidR="0098706E" w:rsidRDefault="00000000">
      <w:pPr>
        <w:pStyle w:val="Titre1"/>
      </w:pPr>
      <w:r>
        <w:t>H. Communication materials (required)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85"/>
        <w:gridCol w:w="8663"/>
      </w:tblGrid>
      <w:tr w:rsidR="0098706E" w14:paraId="6C77FAD5" w14:textId="77777777">
        <w:trPr>
          <w:jc w:val="center"/>
        </w:trPr>
        <w:tc>
          <w:tcPr>
            <w:tcW w:w="9858" w:type="dxa"/>
            <w:gridSpan w:val="2"/>
            <w:shd w:val="clear" w:color="auto" w:fill="1F3A5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CF6C3B" w14:textId="77777777" w:rsidR="0098706E" w:rsidRDefault="00000000">
            <w:r>
              <w:rPr>
                <w:b/>
              </w:rPr>
              <w:t>H.1 Content</w:t>
            </w:r>
          </w:p>
        </w:tc>
      </w:tr>
      <w:tr w:rsidR="0098706E" w14:paraId="538D228A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1DEB0B1" w14:textId="77777777" w:rsidR="0098706E" w:rsidRDefault="00000000">
            <w:r>
              <w:rPr>
                <w:b/>
              </w:rPr>
              <w:t xml:space="preserve">Back </w:t>
            </w:r>
            <w:r>
              <w:rPr>
                <w:b/>
              </w:rPr>
              <w:lastRenderedPageBreak/>
              <w:t>cover text (max 1,200 characters)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72D651E" w14:textId="77777777" w:rsidR="0098706E" w:rsidRDefault="00000000">
            <w:r>
              <w:lastRenderedPageBreak/>
              <w:t>______________________________________________________________________________</w:t>
            </w:r>
            <w:r>
              <w:lastRenderedPageBreak/>
              <w:t>________________</w:t>
            </w:r>
          </w:p>
        </w:tc>
      </w:tr>
      <w:tr w:rsidR="0098706E" w14:paraId="4DFCC768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872DE86" w14:textId="77777777" w:rsidR="0098706E" w:rsidRDefault="00000000">
            <w:r>
              <w:rPr>
                <w:b/>
              </w:rPr>
              <w:lastRenderedPageBreak/>
              <w:t>Short pitch (10–15 lines)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9CFA515" w14:textId="77777777" w:rsidR="0098706E" w:rsidRDefault="00000000">
            <w:r>
              <w:t>______________________________________________________________________________________________</w:t>
            </w:r>
          </w:p>
        </w:tc>
      </w:tr>
      <w:tr w:rsidR="0098706E" w14:paraId="3B87FEE7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57AC422" w14:textId="77777777" w:rsidR="0098706E" w:rsidRDefault="00000000">
            <w:r>
              <w:rPr>
                <w:b/>
              </w:rPr>
              <w:t>Author bio (3–5 lines)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1C34703" w14:textId="77777777" w:rsidR="0098706E" w:rsidRDefault="00000000">
            <w:r>
              <w:t>______________________________________________________________________________________________</w:t>
            </w:r>
          </w:p>
        </w:tc>
      </w:tr>
      <w:tr w:rsidR="0098706E" w14:paraId="699377F8" w14:textId="77777777">
        <w:trPr>
          <w:jc w:val="center"/>
        </w:trPr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B4AC254" w14:textId="77777777" w:rsidR="0098706E" w:rsidRDefault="00000000">
            <w:r>
              <w:rPr>
                <w:b/>
              </w:rPr>
              <w:t>Visuals</w:t>
            </w:r>
          </w:p>
        </w:tc>
        <w:tc>
          <w:tcPr>
            <w:tcW w:w="4929" w:type="dx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E0DFC44" w14:textId="77777777" w:rsidR="0098706E" w:rsidRDefault="00000000">
            <w:r>
              <w:t>☐ Author photo (optional)   ☐ Cover image (recommended format)</w:t>
            </w:r>
          </w:p>
        </w:tc>
      </w:tr>
    </w:tbl>
    <w:p w14:paraId="596E58EF" w14:textId="77777777" w:rsidR="0098706E" w:rsidRDefault="0098706E"/>
    <w:p w14:paraId="79569B9E" w14:textId="77777777" w:rsidR="0098706E" w:rsidRDefault="00000000">
      <w:pPr>
        <w:pStyle w:val="Titre1"/>
      </w:pPr>
      <w:r>
        <w:t>I. Declarations and signatures</w:t>
      </w:r>
    </w:p>
    <w:p w14:paraId="0A9CF197" w14:textId="77777777" w:rsidR="0098706E" w:rsidRDefault="00000000">
      <w:r>
        <w:rPr>
          <w:b/>
        </w:rPr>
        <w:t>I/We certify the accuracy of the information provided and accept the P‑IUS editorial, ethics and financial policy.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22"/>
        <w:gridCol w:w="4926"/>
      </w:tblGrid>
      <w:tr w:rsidR="0098706E" w14:paraId="36B26CCD" w14:textId="77777777">
        <w:trPr>
          <w:jc w:val="center"/>
        </w:trPr>
        <w:tc>
          <w:tcPr>
            <w:tcW w:w="492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1ECE4A1" w14:textId="77777777" w:rsidR="0098706E" w:rsidRDefault="00000000">
            <w:r>
              <w:rPr>
                <w:b/>
              </w:rPr>
              <w:t>Place &amp; date:</w:t>
            </w:r>
          </w:p>
        </w:tc>
        <w:tc>
          <w:tcPr>
            <w:tcW w:w="492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80BC5DC" w14:textId="77777777" w:rsidR="0098706E" w:rsidRDefault="00000000">
            <w:r>
              <w:t>____/____/______  in ____________________</w:t>
            </w:r>
          </w:p>
        </w:tc>
      </w:tr>
      <w:tr w:rsidR="0098706E" w14:paraId="097C7CA8" w14:textId="77777777">
        <w:trPr>
          <w:jc w:val="center"/>
        </w:trPr>
        <w:tc>
          <w:tcPr>
            <w:tcW w:w="492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604D32E" w14:textId="77777777" w:rsidR="0098706E" w:rsidRDefault="00000000">
            <w:r>
              <w:rPr>
                <w:b/>
              </w:rPr>
              <w:t>Author / volume editor signature:</w:t>
            </w:r>
          </w:p>
        </w:tc>
        <w:tc>
          <w:tcPr>
            <w:tcW w:w="492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2267C54" w14:textId="77777777" w:rsidR="0098706E" w:rsidRDefault="00000000">
            <w:r>
              <w:t>______________________________</w:t>
            </w:r>
          </w:p>
        </w:tc>
      </w:tr>
      <w:tr w:rsidR="0098706E" w14:paraId="16F50231" w14:textId="77777777">
        <w:trPr>
          <w:jc w:val="center"/>
        </w:trPr>
        <w:tc>
          <w:tcPr>
            <w:tcW w:w="492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7C70038" w14:textId="77777777" w:rsidR="0098706E" w:rsidRDefault="00000000">
            <w:r>
              <w:rPr>
                <w:b/>
              </w:rPr>
              <w:t>P‑IUS receipt (file received):</w:t>
            </w:r>
          </w:p>
        </w:tc>
        <w:tc>
          <w:tcPr>
            <w:tcW w:w="492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86006E2" w14:textId="77777777" w:rsidR="0098706E" w:rsidRDefault="00000000">
            <w:r>
              <w:t>______________________________  (stamp)</w:t>
            </w:r>
          </w:p>
        </w:tc>
      </w:tr>
    </w:tbl>
    <w:p w14:paraId="5061CF77" w14:textId="77777777" w:rsidR="0098706E" w:rsidRDefault="0098706E"/>
    <w:p w14:paraId="5360F4E0" w14:textId="77777777" w:rsidR="0098706E" w:rsidRDefault="00000000">
      <w:pPr>
        <w:jc w:val="center"/>
      </w:pPr>
      <w:r>
        <w:rPr>
          <w:i/>
        </w:rPr>
        <w:t>P‑IUS coordination: revues@presses-ius.com  |  Website: presses-ius.com  |  Platform: (insert OJS link)</w:t>
      </w:r>
    </w:p>
    <w:sectPr w:rsidR="0098706E" w:rsidSect="00034616">
      <w:headerReference w:type="default" r:id="rId8"/>
      <w:footerReference w:type="default" r:id="rId9"/>
      <w:pgSz w:w="12240" w:h="15840"/>
      <w:pgMar w:top="1134" w:right="1191" w:bottom="1134" w:left="119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E00F" w14:textId="77777777" w:rsidR="00785487" w:rsidRDefault="00785487">
      <w:pPr>
        <w:spacing w:after="0" w:line="240" w:lineRule="auto"/>
      </w:pPr>
      <w:r>
        <w:separator/>
      </w:r>
    </w:p>
  </w:endnote>
  <w:endnote w:type="continuationSeparator" w:id="0">
    <w:p w14:paraId="564DB0E5" w14:textId="77777777" w:rsidR="00785487" w:rsidRDefault="0078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B0A5" w14:textId="77777777" w:rsidR="0098706E" w:rsidRDefault="00000000">
    <w:pPr>
      <w:pStyle w:val="Pieddepage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570DDC">
      <w:rPr>
        <w:sz w:val="18"/>
      </w:rPr>
      <w:fldChar w:fldCharType="separate"/>
    </w:r>
    <w:r w:rsidR="00570DDC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7EC45" w14:textId="77777777" w:rsidR="00785487" w:rsidRDefault="00785487">
      <w:pPr>
        <w:spacing w:after="0" w:line="240" w:lineRule="auto"/>
      </w:pPr>
      <w:r>
        <w:separator/>
      </w:r>
    </w:p>
  </w:footnote>
  <w:footnote w:type="continuationSeparator" w:id="0">
    <w:p w14:paraId="7740BFAD" w14:textId="77777777" w:rsidR="00785487" w:rsidRDefault="00785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EEB" w14:textId="77777777" w:rsidR="0098706E" w:rsidRDefault="00000000">
    <w:pPr>
      <w:pStyle w:val="En-tte"/>
      <w:tabs>
        <w:tab w:val="clear" w:pos="9360"/>
        <w:tab w:val="left" w:pos="9354"/>
      </w:tabs>
    </w:pPr>
    <w:r>
      <w:rPr>
        <w:sz w:val="18"/>
      </w:rPr>
      <w:t>IUS University Press (P‑IUS)</w:t>
    </w:r>
    <w:r>
      <w:rPr>
        <w:sz w:val="18"/>
      </w:rPr>
      <w:tab/>
      <w:t>Project Form — Book / Monograph (Authors)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1831529">
    <w:abstractNumId w:val="8"/>
  </w:num>
  <w:num w:numId="2" w16cid:durableId="1321691658">
    <w:abstractNumId w:val="6"/>
  </w:num>
  <w:num w:numId="3" w16cid:durableId="741831529">
    <w:abstractNumId w:val="5"/>
  </w:num>
  <w:num w:numId="4" w16cid:durableId="551505205">
    <w:abstractNumId w:val="4"/>
  </w:num>
  <w:num w:numId="5" w16cid:durableId="476580643">
    <w:abstractNumId w:val="7"/>
  </w:num>
  <w:num w:numId="6" w16cid:durableId="1183857654">
    <w:abstractNumId w:val="3"/>
  </w:num>
  <w:num w:numId="7" w16cid:durableId="123931955">
    <w:abstractNumId w:val="2"/>
  </w:num>
  <w:num w:numId="8" w16cid:durableId="1990086023">
    <w:abstractNumId w:val="1"/>
  </w:num>
  <w:num w:numId="9" w16cid:durableId="70564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0DDC"/>
    <w:rsid w:val="00785487"/>
    <w:rsid w:val="0098706E"/>
    <w:rsid w:val="00AA1D8D"/>
    <w:rsid w:val="00B47730"/>
    <w:rsid w:val="00CB0664"/>
    <w:rsid w:val="00CE05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688D0"/>
  <w14:defaultImageDpi w14:val="300"/>
  <w15:docId w15:val="{8420A83D-C9D9-4848-9812-94812806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1044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Christophe Providence</cp:lastModifiedBy>
  <cp:revision>2</cp:revision>
  <dcterms:created xsi:type="dcterms:W3CDTF">2026-01-18T17:49:00Z</dcterms:created>
  <dcterms:modified xsi:type="dcterms:W3CDTF">2026-01-18T17:49:00Z</dcterms:modified>
  <cp:category/>
</cp:coreProperties>
</file>